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60" w:after="120"/>
        <w:jc w:val="center"/>
      </w:pPr>
      <w:r>
        <w:rPr>
          <w:rFonts w:ascii="Arial" w:hAnsi="Arial"/>
          <w:b/>
          <w:color w:val="151515"/>
          <w:sz w:val="48"/>
        </w:rPr>
        <w:t>АНКЕТА КАНДИДАТА</w:t>
      </w:r>
    </w:p>
    <w:p>
      <w:pPr>
        <w:spacing w:after="360"/>
        <w:jc w:val="center"/>
      </w:pPr>
      <w:r>
        <w:rPr>
          <w:rFonts w:ascii="Arial" w:hAnsi="Arial"/>
          <w:b/>
          <w:color w:val="D71920"/>
          <w:sz w:val="34"/>
        </w:rPr>
        <w:t>на открытие сервисного центра EVCar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F2F2F2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jc w:val="both"/>
            </w:pPr>
            <w:r>
              <w:rPr>
                <w:rFonts w:ascii="Arial" w:hAnsi="Arial"/>
                <w:color w:val="151515"/>
                <w:sz w:val="20"/>
              </w:rPr>
              <w:t>Спасибо за интерес к франшизе EVCar. Анкета поможет нам познакомиться с вами, оценить возможности выбранного региона и подготовить предметное предложение по запуску. Пожалуйста, отвечайте максимально подробно. Предоставленная информация используется исключительно для рассмотрения заявки на партнёрство.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  <w:shd w:fill="15151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Ф.И.О.</w:t>
            </w:r>
          </w:p>
        </w:tc>
        <w:tc>
          <w:tcPr>
            <w:tcW w:type="dxa" w:w="49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/>
            <w:r>
              <w:t xml:space="preserve"> </w:t>
            </w:r>
          </w:p>
        </w:tc>
      </w:tr>
      <w:tr>
        <w:trPr>
          <w:cantSplit/>
        </w:trPr>
        <w:tc>
          <w:tcPr>
            <w:tcW w:type="dxa" w:w="4933"/>
            <w:shd w:fill="15151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Город / регион</w:t>
            </w:r>
          </w:p>
        </w:tc>
        <w:tc>
          <w:tcPr>
            <w:tcW w:type="dxa" w:w="49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/>
            <w:r>
              <w:t xml:space="preserve"> </w:t>
            </w:r>
          </w:p>
        </w:tc>
      </w:tr>
      <w:tr>
        <w:trPr>
          <w:cantSplit/>
        </w:trPr>
        <w:tc>
          <w:tcPr>
            <w:tcW w:type="dxa" w:w="4933"/>
            <w:shd w:fill="15151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Телефон</w:t>
            </w:r>
          </w:p>
        </w:tc>
        <w:tc>
          <w:tcPr>
            <w:tcW w:type="dxa" w:w="49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/>
            <w:r>
              <w:t xml:space="preserve"> </w:t>
            </w:r>
          </w:p>
        </w:tc>
      </w:tr>
      <w:tr>
        <w:trPr>
          <w:cantSplit/>
        </w:trPr>
        <w:tc>
          <w:tcPr>
            <w:tcW w:type="dxa" w:w="4933"/>
            <w:shd w:fill="151515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Электронная почта</w:t>
            </w:r>
          </w:p>
        </w:tc>
        <w:tc>
          <w:tcPr>
            <w:tcW w:type="dxa" w:w="493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/>
            <w:r>
              <w:t xml:space="preserve"> </w:t>
            </w:r>
          </w:p>
        </w:tc>
      </w:tr>
    </w:tbl>
    <w:p>
      <w:pPr>
        <w:spacing w:before="320"/>
        <w:jc w:val="center"/>
      </w:pPr>
      <w:r>
        <w:rPr>
          <w:i/>
          <w:color w:val="555555"/>
          <w:sz w:val="18"/>
        </w:rPr>
        <w:t>Ориентировочное время заполнения: 20–30 минут</w:t>
      </w: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1. КОНТАКТНАЯ ИНФОРМАЦИЯ</w:t>
            </w:r>
          </w:p>
        </w:tc>
      </w:tr>
    </w:tbl>
    <w:p>
      <w:pPr>
        <w:pStyle w:val="EVCarQuestion"/>
      </w:pPr>
      <w:r>
        <w:t>1. Ваши фамилия, имя и отчество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2. Номер телефона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3. Электронная почта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4. Город и регион, в котором вы планируете открыть сервис EVCar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5. Укажите удобный способ связи</w:t>
      </w:r>
    </w:p>
    <w:p>
      <w:pPr>
        <w:pStyle w:val="EVCarOption"/>
      </w:pPr>
      <w:r>
        <w:t>☐ Телефонный звонок</w:t>
      </w:r>
    </w:p>
    <w:p>
      <w:pPr>
        <w:pStyle w:val="EVCarOption"/>
      </w:pPr>
      <w:r>
        <w:t>☐ Telegram</w:t>
      </w:r>
    </w:p>
    <w:p>
      <w:pPr>
        <w:pStyle w:val="EVCarOption"/>
      </w:pPr>
      <w:r>
        <w:t>☐ WhatsApp</w:t>
      </w:r>
    </w:p>
    <w:p>
      <w:pPr>
        <w:pStyle w:val="EVCarOption"/>
      </w:pPr>
      <w:r>
        <w:t>☐ Электронная почта</w:t>
      </w:r>
    </w:p>
    <w:p>
      <w:pPr>
        <w:pStyle w:val="EVCarQuestion"/>
      </w:pPr>
      <w:r>
        <w:t>6. Откуда вы узнали о возможности открытия франшизы EVCar?</w:t>
      </w:r>
    </w:p>
    <w:p>
      <w:pPr>
        <w:pStyle w:val="EVCarOption"/>
      </w:pPr>
      <w:r>
        <w:t>☐ Являюсь клиентом EVCar</w:t>
      </w:r>
    </w:p>
    <w:p>
      <w:pPr>
        <w:pStyle w:val="EVCarOption"/>
      </w:pPr>
      <w:r>
        <w:t>☐ Рекомендация знакомых</w:t>
      </w:r>
    </w:p>
    <w:p>
      <w:pPr>
        <w:pStyle w:val="EVCarOption"/>
      </w:pPr>
      <w:r>
        <w:t>☐ Социальные сети</w:t>
      </w:r>
    </w:p>
    <w:p>
      <w:pPr>
        <w:pStyle w:val="EVCarOption"/>
      </w:pPr>
      <w:r>
        <w:t>☐ YouTube</w:t>
      </w:r>
    </w:p>
    <w:p>
      <w:pPr>
        <w:pStyle w:val="EVCarOption"/>
      </w:pPr>
      <w:r>
        <w:t>☐ Интернет</w:t>
      </w:r>
    </w:p>
    <w:p>
      <w:pPr>
        <w:pStyle w:val="EVCarOption"/>
      </w:pPr>
      <w:r>
        <w:t>☐ Увидел сервис или рекламу</w:t>
      </w:r>
    </w:p>
    <w:p>
      <w:pPr>
        <w:pStyle w:val="EVCarOption"/>
      </w:pPr>
      <w:r>
        <w:t>☐ Другое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2. МОТИВАЦИЯ И ЦЕЛИ</w:t>
            </w:r>
          </w:p>
        </w:tc>
      </w:tr>
    </w:tbl>
    <w:p>
      <w:pPr>
        <w:pStyle w:val="EVCarQuestion"/>
      </w:pPr>
      <w:r>
        <w:t>7. Почему вы рассматриваете открытие именно автомобильного сервиса?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8. Почему вас заинтересовало направление электромобилей и гибридных автомобилей?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9. Почему вы рассматриваете работу по франшизе, а не самостоятельное открытие бизнеса?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10. Какую основную цель вы ставите перед собой?</w:t>
      </w:r>
    </w:p>
    <w:p>
      <w:pPr>
        <w:pStyle w:val="EVCarOption"/>
      </w:pPr>
      <w:r>
        <w:t>☐ Создать основной бизнес</w:t>
      </w:r>
    </w:p>
    <w:p>
      <w:pPr>
        <w:pStyle w:val="EVCarOption"/>
      </w:pPr>
      <w:r>
        <w:t>☐ Диверсифицировать действующий бизнес</w:t>
      </w:r>
    </w:p>
    <w:p>
      <w:pPr>
        <w:pStyle w:val="EVCarOption"/>
      </w:pPr>
      <w:r>
        <w:t>☐ Открыть дополнительное направление существующего автосервиса</w:t>
      </w:r>
    </w:p>
    <w:p>
      <w:pPr>
        <w:pStyle w:val="EVCarOption"/>
      </w:pPr>
      <w:r>
        <w:t>☐ Создать инвестиционный актив</w:t>
      </w:r>
    </w:p>
    <w:p>
      <w:pPr>
        <w:pStyle w:val="EVCarOption"/>
      </w:pPr>
      <w:r>
        <w:t>☐ Открыть семейный бизнес</w:t>
      </w:r>
    </w:p>
    <w:p>
      <w:pPr>
        <w:pStyle w:val="EVCarOption"/>
      </w:pPr>
      <w:r>
        <w:t>☐ Другое</w:t>
      </w:r>
    </w:p>
    <w:p>
      <w:pPr>
        <w:pStyle w:val="EVCarQuestion"/>
      </w:pPr>
      <w:r>
        <w:t>11. Какой результат вы хотели бы получить от бизнеса через три года?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3. ОПЫТ КАНДИДАТА</w:t>
            </w:r>
          </w:p>
        </w:tc>
      </w:tr>
    </w:tbl>
    <w:p>
      <w:pPr>
        <w:pStyle w:val="EVCarQuestion"/>
      </w:pPr>
      <w:r>
        <w:t>12. Есть ли у вас опыт предпринимательской деятельности?</w:t>
      </w:r>
    </w:p>
    <w:p>
      <w:pPr>
        <w:pStyle w:val="EVCarOption"/>
      </w:pPr>
      <w:r>
        <w:t>☐ Нет</w:t>
      </w:r>
    </w:p>
    <w:p>
      <w:pPr>
        <w:pStyle w:val="EVCarOption"/>
      </w:pPr>
      <w:r>
        <w:t>☐ Менее одного года</w:t>
      </w:r>
    </w:p>
    <w:p>
      <w:pPr>
        <w:pStyle w:val="EVCarOption"/>
      </w:pPr>
      <w:r>
        <w:t>☐ От одного до трёх лет</w:t>
      </w:r>
    </w:p>
    <w:p>
      <w:pPr>
        <w:pStyle w:val="EVCarOption"/>
      </w:pPr>
      <w:r>
        <w:t>☐ От трёх до пяти лет</w:t>
      </w:r>
    </w:p>
    <w:p>
      <w:pPr>
        <w:pStyle w:val="EVCarOption"/>
      </w:pPr>
      <w:r>
        <w:t>☐ Более пяти лет</w:t>
      </w:r>
    </w:p>
    <w:p>
      <w:pPr>
        <w:pStyle w:val="EVCarQuestion"/>
      </w:pPr>
      <w:r>
        <w:t>13. Расскажите о вашем текущем или предыдущем бизнесе</w:t>
      </w:r>
    </w:p>
    <w:p>
      <w:pPr>
        <w:spacing w:after="40"/>
        <w:ind w:left="198"/>
      </w:pPr>
      <w:r>
        <w:rPr>
          <w:i/>
          <w:color w:val="555555"/>
          <w:sz w:val="17"/>
        </w:rPr>
        <w:t>Укажите сферу деятельности, город, срок работы, количество сотрудников и вашу роль. Если предпринимательского опыта не было — опишите управленческий или профессиональный опыт.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14. Есть ли у вас опыт в автомобильном бизнесе?</w:t>
      </w:r>
    </w:p>
    <w:p>
      <w:pPr>
        <w:pStyle w:val="EVCarOption"/>
      </w:pPr>
      <w:r>
        <w:t>☐ Владею или управляю автосервисом</w:t>
      </w:r>
    </w:p>
    <w:p>
      <w:pPr>
        <w:pStyle w:val="EVCarOption"/>
      </w:pPr>
      <w:r>
        <w:t>☐ Работал в автосервисе</w:t>
      </w:r>
    </w:p>
    <w:p>
      <w:pPr>
        <w:pStyle w:val="EVCarOption"/>
      </w:pPr>
      <w:r>
        <w:t>☐ Работал в продаже автомобилей</w:t>
      </w:r>
    </w:p>
    <w:p>
      <w:pPr>
        <w:pStyle w:val="EVCarOption"/>
      </w:pPr>
      <w:r>
        <w:t>☐ Работал в продаже автозапчастей</w:t>
      </w:r>
    </w:p>
    <w:p>
      <w:pPr>
        <w:pStyle w:val="EVCarOption"/>
      </w:pPr>
      <w:r>
        <w:t>☐ Имею опыт в детейлинге или кузовном ремонте</w:t>
      </w:r>
    </w:p>
    <w:p>
      <w:pPr>
        <w:pStyle w:val="EVCarOption"/>
      </w:pPr>
      <w:r>
        <w:t>☐ Имею технический опыт, но не работал в автомобильном бизнесе</w:t>
      </w:r>
    </w:p>
    <w:p>
      <w:pPr>
        <w:pStyle w:val="EVCarOption"/>
      </w:pPr>
      <w:r>
        <w:t>☐ Опыта в автомобильной сфере нет</w:t>
      </w:r>
    </w:p>
    <w:p>
      <w:pPr>
        <w:pStyle w:val="EVCarOption"/>
      </w:pPr>
      <w:r>
        <w:t>☐ Другое</w:t>
      </w:r>
    </w:p>
    <w:p>
      <w:pPr>
        <w:pStyle w:val="EVCarQuestion"/>
      </w:pPr>
      <w:r>
        <w:t>15. Есть ли у вас опыт управления сотрудниками?</w:t>
      </w:r>
    </w:p>
    <w:p>
      <w:pPr>
        <w:pStyle w:val="EVCarOption"/>
      </w:pPr>
      <w:r>
        <w:t>☐ Нет</w:t>
      </w:r>
    </w:p>
    <w:p>
      <w:pPr>
        <w:pStyle w:val="EVCarOption"/>
      </w:pPr>
      <w:r>
        <w:t>☐ До 5 сотрудников</w:t>
      </w:r>
    </w:p>
    <w:p>
      <w:pPr>
        <w:pStyle w:val="EVCarOption"/>
      </w:pPr>
      <w:r>
        <w:t>☐ От 6 до 15 сотрудников</w:t>
      </w:r>
    </w:p>
    <w:p>
      <w:pPr>
        <w:pStyle w:val="EVCarOption"/>
      </w:pPr>
      <w:r>
        <w:t>☐ От 16 до 30 сотрудников</w:t>
      </w:r>
    </w:p>
    <w:p>
      <w:pPr>
        <w:pStyle w:val="EVCarOption"/>
      </w:pPr>
      <w:r>
        <w:t>☐ Более 30 сотрудников</w:t>
      </w:r>
    </w:p>
    <w:p>
      <w:pPr>
        <w:pStyle w:val="EVCarQuestion"/>
      </w:pPr>
      <w:r>
        <w:t>16. Какие функции вы выполняли лично?</w:t>
      </w:r>
    </w:p>
    <w:p>
      <w:pPr>
        <w:pStyle w:val="EVCarOption"/>
      </w:pPr>
      <w:r>
        <w:t>☐ Управление бизнесом</w:t>
      </w:r>
    </w:p>
    <w:p>
      <w:pPr>
        <w:pStyle w:val="EVCarOption"/>
      </w:pPr>
      <w:r>
        <w:t>☐ Финансовое планирование</w:t>
      </w:r>
    </w:p>
    <w:p>
      <w:pPr>
        <w:pStyle w:val="EVCarOption"/>
      </w:pPr>
      <w:r>
        <w:t>☐ Продажи</w:t>
      </w:r>
    </w:p>
    <w:p>
      <w:pPr>
        <w:pStyle w:val="EVCarOption"/>
      </w:pPr>
      <w:r>
        <w:t>☐ Маркетинг</w:t>
      </w:r>
    </w:p>
    <w:p>
      <w:pPr>
        <w:pStyle w:val="EVCarOption"/>
      </w:pPr>
      <w:r>
        <w:t>☐ Подбор сотрудников</w:t>
      </w:r>
    </w:p>
    <w:p>
      <w:pPr>
        <w:pStyle w:val="EVCarOption"/>
      </w:pPr>
      <w:r>
        <w:t>☐ Управление производством</w:t>
      </w:r>
    </w:p>
    <w:p>
      <w:pPr>
        <w:pStyle w:val="EVCarOption"/>
      </w:pPr>
      <w:r>
        <w:t>☐ Контроль качества</w:t>
      </w:r>
    </w:p>
    <w:p>
      <w:pPr>
        <w:pStyle w:val="EVCarOption"/>
      </w:pPr>
      <w:r>
        <w:t>☐ Работа с клиентами</w:t>
      </w:r>
    </w:p>
    <w:p>
      <w:pPr>
        <w:pStyle w:val="EVCarOption"/>
      </w:pPr>
      <w:r>
        <w:t>☐ Техническая работа с автомобилями</w:t>
      </w:r>
    </w:p>
    <w:p>
      <w:pPr>
        <w:pStyle w:val="EVCarOption"/>
      </w:pPr>
      <w:r>
        <w:t>☐ Управление складом и закупками</w:t>
      </w:r>
    </w:p>
    <w:p>
      <w:pPr>
        <w:pStyle w:val="EVCarOption"/>
      </w:pPr>
      <w:r>
        <w:t>☐ Другое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4. ФОРМАТ УЧАСТИЯ В БИЗНЕСЕ</w:t>
            </w:r>
          </w:p>
        </w:tc>
      </w:tr>
    </w:tbl>
    <w:p>
      <w:pPr>
        <w:pStyle w:val="EVCarQuestion"/>
      </w:pPr>
      <w:r>
        <w:t>17. Какую роль вы планируете занимать в сервисе EVCar?</w:t>
      </w:r>
    </w:p>
    <w:p>
      <w:pPr>
        <w:pStyle w:val="EVCarOption"/>
      </w:pPr>
      <w:r>
        <w:t>☐ Лично руководить сервисом ежедневно</w:t>
      </w:r>
    </w:p>
    <w:p>
      <w:pPr>
        <w:pStyle w:val="EVCarOption"/>
      </w:pPr>
      <w:r>
        <w:t>☐ Участвовать в стратегическом управлении</w:t>
      </w:r>
    </w:p>
    <w:p>
      <w:pPr>
        <w:pStyle w:val="EVCarOption"/>
      </w:pPr>
      <w:r>
        <w:t>☐ Назначить управляющего и контролировать показатели</w:t>
      </w:r>
    </w:p>
    <w:p>
      <w:pPr>
        <w:pStyle w:val="EVCarOption"/>
      </w:pPr>
      <w:r>
        <w:t>☐ Быть только инвестором</w:t>
      </w:r>
    </w:p>
    <w:p>
      <w:pPr>
        <w:pStyle w:val="EVCarOption"/>
      </w:pPr>
      <w:r>
        <w:t>☐ Пока не определился</w:t>
      </w:r>
    </w:p>
    <w:p>
      <w:pPr>
        <w:pStyle w:val="EVCarQuestion"/>
      </w:pPr>
      <w:r>
        <w:t>18. Сколько времени вы готовы уделять проекту в течение первого года?</w:t>
      </w:r>
    </w:p>
    <w:p>
      <w:pPr>
        <w:pStyle w:val="EVCarOption"/>
      </w:pPr>
      <w:r>
        <w:t>☐ Полный рабочий день</w:t>
      </w:r>
    </w:p>
    <w:p>
      <w:pPr>
        <w:pStyle w:val="EVCarOption"/>
      </w:pPr>
      <w:r>
        <w:t>☐ Несколько часов ежедневно</w:t>
      </w:r>
    </w:p>
    <w:p>
      <w:pPr>
        <w:pStyle w:val="EVCarOption"/>
      </w:pPr>
      <w:r>
        <w:t>☐ Несколько дней в неделю</w:t>
      </w:r>
    </w:p>
    <w:p>
      <w:pPr>
        <w:pStyle w:val="EVCarOption"/>
      </w:pPr>
      <w:r>
        <w:t>☐ Только периодический контроль</w:t>
      </w:r>
    </w:p>
    <w:p>
      <w:pPr>
        <w:pStyle w:val="EVCarOption"/>
      </w:pPr>
      <w:r>
        <w:t>☐ Планирую передать управление наёмному руководителю</w:t>
      </w:r>
    </w:p>
    <w:p>
      <w:pPr>
        <w:pStyle w:val="EVCarQuestion"/>
      </w:pPr>
      <w:r>
        <w:t>19. Кто будет непосредственно управлять сервисом?</w:t>
      </w:r>
    </w:p>
    <w:p>
      <w:pPr>
        <w:pStyle w:val="EVCarOption"/>
      </w:pPr>
      <w:r>
        <w:t>☐ Я лично</w:t>
      </w:r>
    </w:p>
    <w:p>
      <w:pPr>
        <w:pStyle w:val="EVCarOption"/>
      </w:pPr>
      <w:r>
        <w:t>☐ Мой действующий бизнес-партнёр</w:t>
      </w:r>
    </w:p>
    <w:p>
      <w:pPr>
        <w:pStyle w:val="EVCarOption"/>
      </w:pPr>
      <w:r>
        <w:t>☐ Наёмный управляющий</w:t>
      </w:r>
    </w:p>
    <w:p>
      <w:pPr>
        <w:pStyle w:val="EVCarOption"/>
      </w:pPr>
      <w:r>
        <w:t>☐ Член семьи</w:t>
      </w:r>
    </w:p>
    <w:p>
      <w:pPr>
        <w:pStyle w:val="EVCarOption"/>
      </w:pPr>
      <w:r>
        <w:t>☐ Управляющий ещё не выбран</w:t>
      </w:r>
    </w:p>
    <w:p>
      <w:pPr>
        <w:pStyle w:val="EVCarQuestion"/>
      </w:pPr>
      <w:r>
        <w:t>20. Есть ли у предполагаемого руководителя опыт управления автосервисом или техническим бизнесом?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5. ФИНАНСОВЫЕ ВОЗМОЖНОСТИ</w:t>
            </w:r>
          </w:p>
        </w:tc>
      </w:tr>
    </w:tbl>
    <w:p>
      <w:pPr>
        <w:pStyle w:val="EVCarQuestion"/>
      </w:pPr>
      <w:r>
        <w:t>21. Какой объём собственных средств вы готовы инвестировать в открытие сервиса?</w:t>
      </w:r>
    </w:p>
    <w:p>
      <w:pPr>
        <w:pStyle w:val="EVCarOption"/>
      </w:pPr>
      <w:r>
        <w:t>☐ До 5 млн рублей</w:t>
      </w:r>
    </w:p>
    <w:p>
      <w:pPr>
        <w:pStyle w:val="EVCarOption"/>
      </w:pPr>
      <w:r>
        <w:t>☐ От 5 до 10 млн рублей</w:t>
      </w:r>
    </w:p>
    <w:p>
      <w:pPr>
        <w:pStyle w:val="EVCarOption"/>
      </w:pPr>
      <w:r>
        <w:t>☐ От 10 до 15 млн рублей</w:t>
      </w:r>
    </w:p>
    <w:p>
      <w:pPr>
        <w:pStyle w:val="EVCarOption"/>
      </w:pPr>
      <w:r>
        <w:t>☐ От 15 до 25 млн рублей</w:t>
      </w:r>
    </w:p>
    <w:p>
      <w:pPr>
        <w:pStyle w:val="EVCarOption"/>
      </w:pPr>
      <w:r>
        <w:t>☐ Более 25 млн рублей</w:t>
      </w:r>
    </w:p>
    <w:p>
      <w:pPr>
        <w:pStyle w:val="EVCarOption"/>
      </w:pPr>
      <w:r>
        <w:t>☐ Размер инвестиций будет зависеть от финансовой модели</w:t>
      </w:r>
    </w:p>
    <w:p>
      <w:pPr>
        <w:pStyle w:val="EVCarQuestion"/>
      </w:pPr>
      <w:r>
        <w:t>22. Какой источник финансирования вы рассматриваете?</w:t>
      </w:r>
    </w:p>
    <w:p>
      <w:pPr>
        <w:pStyle w:val="EVCarOption"/>
      </w:pPr>
      <w:r>
        <w:t>☐ Полностью собственные средства</w:t>
      </w:r>
    </w:p>
    <w:p>
      <w:pPr>
        <w:pStyle w:val="EVCarOption"/>
      </w:pPr>
      <w:r>
        <w:t>☐ Собственные и заёмные средства</w:t>
      </w:r>
    </w:p>
    <w:p>
      <w:pPr>
        <w:pStyle w:val="EVCarOption"/>
      </w:pPr>
      <w:r>
        <w:t>☐ Банковский кредит</w:t>
      </w:r>
    </w:p>
    <w:p>
      <w:pPr>
        <w:pStyle w:val="EVCarOption"/>
      </w:pPr>
      <w:r>
        <w:t>☐ Средства инвестора или партнёра</w:t>
      </w:r>
    </w:p>
    <w:p>
      <w:pPr>
        <w:pStyle w:val="EVCarOption"/>
      </w:pPr>
      <w:r>
        <w:t>☐ Продажа другого актива</w:t>
      </w:r>
    </w:p>
    <w:p>
      <w:pPr>
        <w:pStyle w:val="EVCarOption"/>
      </w:pPr>
      <w:r>
        <w:t>☐ Источник финансирования пока не определён</w:t>
      </w:r>
    </w:p>
    <w:p>
      <w:pPr>
        <w:pStyle w:val="EVCarOption"/>
      </w:pPr>
      <w:r>
        <w:t>☐ Другое</w:t>
      </w:r>
    </w:p>
    <w:p>
      <w:pPr>
        <w:pStyle w:val="EVCarQuestion"/>
      </w:pPr>
      <w:r>
        <w:t>23. Какая часть планируемых инвестиций уже доступна?</w:t>
      </w:r>
    </w:p>
    <w:p>
      <w:pPr>
        <w:pStyle w:val="EVCarOption"/>
      </w:pPr>
      <w:r>
        <w:t>☐ Вся необходимая сумма</w:t>
      </w:r>
    </w:p>
    <w:p>
      <w:pPr>
        <w:pStyle w:val="EVCarOption"/>
      </w:pPr>
      <w:r>
        <w:t>☐ Более 70%</w:t>
      </w:r>
    </w:p>
    <w:p>
      <w:pPr>
        <w:pStyle w:val="EVCarOption"/>
      </w:pPr>
      <w:r>
        <w:t>☐ От 40 до 70%</w:t>
      </w:r>
    </w:p>
    <w:p>
      <w:pPr>
        <w:pStyle w:val="EVCarOption"/>
      </w:pPr>
      <w:r>
        <w:t>☐ Менее 40%</w:t>
      </w:r>
    </w:p>
    <w:p>
      <w:pPr>
        <w:pStyle w:val="EVCarOption"/>
      </w:pPr>
      <w:r>
        <w:t>☐ Средства пока не сформированы</w:t>
      </w:r>
    </w:p>
    <w:p>
      <w:pPr>
        <w:pStyle w:val="EVCarQuestion"/>
      </w:pPr>
      <w:r>
        <w:t>24. Готовы ли вы после получения финансовой модели подтвердить наличие средств для запуска проекта?</w:t>
      </w:r>
    </w:p>
    <w:p>
      <w:pPr>
        <w:pStyle w:val="EVCarOption"/>
      </w:pPr>
      <w:r>
        <w:t>☐ Да</w:t>
      </w:r>
    </w:p>
    <w:p>
      <w:pPr>
        <w:pStyle w:val="EVCarOption"/>
      </w:pPr>
      <w:r>
        <w:t>☐ Да, после подписания соглашения о конфиденциальности</w:t>
      </w:r>
    </w:p>
    <w:p>
      <w:pPr>
        <w:pStyle w:val="EVCarOption"/>
      </w:pPr>
      <w:r>
        <w:t>☐ Нет</w:t>
      </w:r>
    </w:p>
    <w:p>
      <w:pPr>
        <w:pStyle w:val="EVCarOption"/>
      </w:pPr>
      <w:r>
        <w:t>☐ Необходим дополнительный разговор</w:t>
      </w:r>
    </w:p>
    <w:p>
      <w:pPr>
        <w:pStyle w:val="EVCarQuestion"/>
      </w:pPr>
      <w:r>
        <w:t>25. Есть ли у вас финансовый резерв для работы бизнеса в первые месяцы после открытия?</w:t>
      </w:r>
    </w:p>
    <w:p>
      <w:pPr>
        <w:pStyle w:val="EVCarOption"/>
      </w:pPr>
      <w:r>
        <w:t>☐ Да, резерв рассчитан более чем на 12 месяцев</w:t>
      </w:r>
    </w:p>
    <w:p>
      <w:pPr>
        <w:pStyle w:val="EVCarOption"/>
      </w:pPr>
      <w:r>
        <w:t>☐ Да, резерв рассчитан на 6–12 месяцев</w:t>
      </w:r>
    </w:p>
    <w:p>
      <w:pPr>
        <w:pStyle w:val="EVCarOption"/>
      </w:pPr>
      <w:r>
        <w:t>☐ Да, резерв рассчитан на 3–6 месяцев</w:t>
      </w:r>
    </w:p>
    <w:p>
      <w:pPr>
        <w:pStyle w:val="EVCarOption"/>
      </w:pPr>
      <w:r>
        <w:t>☐ Отдельного резерва пока нет</w:t>
      </w:r>
    </w:p>
    <w:p>
      <w:pPr>
        <w:pStyle w:val="EVCarOption"/>
      </w:pPr>
      <w:r>
        <w:t>☐ Необходимый резерв определю после изучения финансовой модели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6. ПОМЕЩЕНИЕ И ГОРОД</w:t>
            </w:r>
          </w:p>
        </w:tc>
      </w:tr>
    </w:tbl>
    <w:p>
      <w:pPr>
        <w:pStyle w:val="EVCarQuestion"/>
      </w:pPr>
      <w:r>
        <w:t>26. Есть ли у вас помещение для открытия сервиса?</w:t>
      </w:r>
    </w:p>
    <w:p>
      <w:pPr>
        <w:pStyle w:val="EVCarOption"/>
      </w:pPr>
      <w:r>
        <w:t>☐ Есть помещение в собственности</w:t>
      </w:r>
    </w:p>
    <w:p>
      <w:pPr>
        <w:pStyle w:val="EVCarOption"/>
      </w:pPr>
      <w:r>
        <w:t>☐ Есть помещение в аренде</w:t>
      </w:r>
    </w:p>
    <w:p>
      <w:pPr>
        <w:pStyle w:val="EVCarOption"/>
      </w:pPr>
      <w:r>
        <w:t>☐ Есть несколько подходящих вариантов</w:t>
      </w:r>
    </w:p>
    <w:p>
      <w:pPr>
        <w:pStyle w:val="EVCarOption"/>
      </w:pPr>
      <w:r>
        <w:t>☐ Помещение находится в поиске</w:t>
      </w:r>
    </w:p>
    <w:p>
      <w:pPr>
        <w:pStyle w:val="EVCarOption"/>
      </w:pPr>
      <w:r>
        <w:t>☐ Рассчитываю получить рекомендации EVCar по подбору помещения</w:t>
      </w:r>
    </w:p>
    <w:p>
      <w:pPr>
        <w:pStyle w:val="EVCarQuestion"/>
      </w:pPr>
      <w:r>
        <w:t>27. Если помещение уже есть, укажите его характеристики</w:t>
      </w:r>
    </w:p>
    <w:p>
      <w:pPr>
        <w:spacing w:after="40"/>
        <w:ind w:left="198"/>
      </w:pPr>
      <w:r>
        <w:rPr>
          <w:i/>
          <w:color w:val="555555"/>
          <w:sz w:val="17"/>
        </w:rPr>
        <w:t>Адрес или район, общая площадь, количество ремонтных постов, высота потолков, электрическая мощность, наличие парковки и подъездных путей.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28. Какой формат вы рассматриваете?</w:t>
      </w:r>
    </w:p>
    <w:p>
      <w:pPr>
        <w:pStyle w:val="EVCarOption"/>
      </w:pPr>
      <w:r>
        <w:t>☐ Открытие нового автосервиса с нуля</w:t>
      </w:r>
    </w:p>
    <w:p>
      <w:pPr>
        <w:pStyle w:val="EVCarOption"/>
      </w:pPr>
      <w:r>
        <w:t>☐ Переоборудование собственного помещения</w:t>
      </w:r>
    </w:p>
    <w:p>
      <w:pPr>
        <w:pStyle w:val="EVCarOption"/>
      </w:pPr>
      <w:r>
        <w:t>☐ Ребрендинг действующего автосервиса</w:t>
      </w:r>
    </w:p>
    <w:p>
      <w:pPr>
        <w:pStyle w:val="EVCarOption"/>
      </w:pPr>
      <w:r>
        <w:t>☐ Открытие направления EVCar внутри существующего бизнеса</w:t>
      </w:r>
    </w:p>
    <w:p>
      <w:pPr>
        <w:pStyle w:val="EVCarOption"/>
      </w:pPr>
      <w:r>
        <w:t>☐ Формат пока не определён</w:t>
      </w:r>
    </w:p>
    <w:p>
      <w:pPr>
        <w:pStyle w:val="EVCarQuestion"/>
      </w:pPr>
      <w:r>
        <w:t>29. Есть ли у вас понимание автомобильного рынка выбранного города?</w:t>
      </w:r>
    </w:p>
    <w:p>
      <w:pPr>
        <w:spacing w:after="40"/>
        <w:ind w:left="198"/>
      </w:pPr>
      <w:r>
        <w:rPr>
          <w:i/>
          <w:color w:val="555555"/>
          <w:sz w:val="17"/>
        </w:rPr>
        <w:t>Расскажите, какие электромобили и гибриды распространены в регионе, какие конкуренты работают на рынке и почему вы считаете город перспективным.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30. В каком радиусе от выбранного города вы готовы рассматривать помещение?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7. КОМАНДА</w:t>
            </w:r>
          </w:p>
        </w:tc>
      </w:tr>
    </w:tbl>
    <w:p>
      <w:pPr>
        <w:pStyle w:val="EVCarQuestion"/>
      </w:pPr>
      <w:r>
        <w:t>31. Есть ли у вас сотрудники, которых вы планируете привлечь в проект?</w:t>
      </w:r>
    </w:p>
    <w:p>
      <w:pPr>
        <w:pStyle w:val="EVCarOption"/>
      </w:pPr>
      <w:r>
        <w:t>☐ Есть полностью сформированная команда</w:t>
      </w:r>
    </w:p>
    <w:p>
      <w:pPr>
        <w:pStyle w:val="EVCarOption"/>
      </w:pPr>
      <w:r>
        <w:t>☐ Есть управляющий и часть сотрудников</w:t>
      </w:r>
    </w:p>
    <w:p>
      <w:pPr>
        <w:pStyle w:val="EVCarOption"/>
      </w:pPr>
      <w:r>
        <w:t>☐ Есть технические специалисты</w:t>
      </w:r>
    </w:p>
    <w:p>
      <w:pPr>
        <w:pStyle w:val="EVCarOption"/>
      </w:pPr>
      <w:r>
        <w:t>☐ Есть кандидаты, но команда не сформирована</w:t>
      </w:r>
    </w:p>
    <w:p>
      <w:pPr>
        <w:pStyle w:val="EVCarOption"/>
      </w:pPr>
      <w:r>
        <w:t>☐ Команду необходимо набирать с нуля</w:t>
      </w:r>
    </w:p>
    <w:p>
      <w:pPr>
        <w:pStyle w:val="EVCarQuestion"/>
      </w:pPr>
      <w:r>
        <w:t>32. Какие специалисты уже есть в вашей команде?</w:t>
      </w:r>
    </w:p>
    <w:p>
      <w:pPr>
        <w:pStyle w:val="EVCarOption"/>
      </w:pPr>
      <w:r>
        <w:t>☐ Управляющий</w:t>
      </w:r>
    </w:p>
    <w:p>
      <w:pPr>
        <w:pStyle w:val="EVCarOption"/>
      </w:pPr>
      <w:r>
        <w:t>☐ Мастер-приёмщик</w:t>
      </w:r>
    </w:p>
    <w:p>
      <w:pPr>
        <w:pStyle w:val="EVCarOption"/>
      </w:pPr>
      <w:r>
        <w:t>☐ Автомеханики</w:t>
      </w:r>
    </w:p>
    <w:p>
      <w:pPr>
        <w:pStyle w:val="EVCarOption"/>
      </w:pPr>
      <w:r>
        <w:t>☐ Автоэлектрик-диагност</w:t>
      </w:r>
    </w:p>
    <w:p>
      <w:pPr>
        <w:pStyle w:val="EVCarOption"/>
      </w:pPr>
      <w:r>
        <w:t>☐ Специалист по высоковольтным системам</w:t>
      </w:r>
    </w:p>
    <w:p>
      <w:pPr>
        <w:pStyle w:val="EVCarOption"/>
      </w:pPr>
      <w:r>
        <w:t>☐ Сотрудник склада</w:t>
      </w:r>
    </w:p>
    <w:p>
      <w:pPr>
        <w:pStyle w:val="EVCarOption"/>
      </w:pPr>
      <w:r>
        <w:t>☐ Менеджер по продажам</w:t>
      </w:r>
    </w:p>
    <w:p>
      <w:pPr>
        <w:pStyle w:val="EVCarOption"/>
      </w:pPr>
      <w:r>
        <w:t>☐ Маркетолог или контент-менеджер</w:t>
      </w:r>
    </w:p>
    <w:p>
      <w:pPr>
        <w:pStyle w:val="EVCarOption"/>
      </w:pPr>
      <w:r>
        <w:t>☐ Бухгалтер</w:t>
      </w:r>
    </w:p>
    <w:p>
      <w:pPr>
        <w:pStyle w:val="EVCarOption"/>
      </w:pPr>
      <w:r>
        <w:t>☐ Команды пока нет</w:t>
      </w:r>
    </w:p>
    <w:p>
      <w:pPr>
        <w:pStyle w:val="EVCarOption"/>
      </w:pPr>
      <w:r>
        <w:t>☐ Другое</w:t>
      </w:r>
    </w:p>
    <w:p>
      <w:pPr>
        <w:pStyle w:val="EVCarQuestion"/>
      </w:pPr>
      <w:r>
        <w:t>33. Готовы ли вы и ваши сотрудники пройти обучение и аттестацию EVCar?</w:t>
      </w:r>
    </w:p>
    <w:p>
      <w:pPr>
        <w:pStyle w:val="EVCarOption"/>
      </w:pPr>
      <w:r>
        <w:t>☐ Да</w:t>
      </w:r>
    </w:p>
    <w:p>
      <w:pPr>
        <w:pStyle w:val="EVCarOption"/>
      </w:pPr>
      <w:r>
        <w:t>☐ Да, если обучение можно совместить с текущей работой</w:t>
      </w:r>
    </w:p>
    <w:p>
      <w:pPr>
        <w:pStyle w:val="EVCarOption"/>
      </w:pPr>
      <w:r>
        <w:t>☐ Необходимо уточнить продолжительность и стоимость</w:t>
      </w:r>
    </w:p>
    <w:p>
      <w:pPr>
        <w:pStyle w:val="EVCarOption"/>
      </w:pPr>
      <w:r>
        <w:t>☐ Нет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8. СТАНДАРТЫ И ВЗАИМОДЕЙСТВИЕ С EVCar</w:t>
            </w:r>
          </w:p>
        </w:tc>
      </w:tr>
    </w:tbl>
    <w:p>
      <w:pPr>
        <w:pStyle w:val="EVCarQuestion"/>
      </w:pPr>
      <w:r>
        <w:t>34. Насколько вы готовы работать по утверждённым стандартам сети?</w:t>
      </w:r>
    </w:p>
    <w:p>
      <w:pPr>
        <w:pStyle w:val="EVCarOption"/>
      </w:pPr>
      <w:r>
        <w:t>☐ Полностью готов соблюдать все стандарты</w:t>
      </w:r>
    </w:p>
    <w:p>
      <w:pPr>
        <w:pStyle w:val="EVCarOption"/>
      </w:pPr>
      <w:r>
        <w:t>☐ Готов соблюдать стандарты, сохраняя возможность обсуждать отдельные решения</w:t>
      </w:r>
    </w:p>
    <w:p>
      <w:pPr>
        <w:pStyle w:val="EVCarOption"/>
      </w:pPr>
      <w:r>
        <w:t>☐ Хотел бы иметь значительную самостоятельность</w:t>
      </w:r>
    </w:p>
    <w:p>
      <w:pPr>
        <w:pStyle w:val="EVCarOption"/>
      </w:pPr>
      <w:r>
        <w:t>☐ Предпочитаю самостоятельно определять все процессы</w:t>
      </w:r>
    </w:p>
    <w:p>
      <w:pPr>
        <w:pStyle w:val="EVCarQuestion"/>
      </w:pPr>
      <w:r>
        <w:t>35. Готовы ли вы использовать единые стандарты EVCar?</w:t>
      </w:r>
    </w:p>
    <w:p>
      <w:pPr>
        <w:pStyle w:val="EVCarOption"/>
      </w:pPr>
      <w:r>
        <w:t>☐ Фирменное оформление сервиса</w:t>
      </w:r>
    </w:p>
    <w:p>
      <w:pPr>
        <w:pStyle w:val="EVCarOption"/>
      </w:pPr>
      <w:r>
        <w:t>☐ Регламенты ремонта и диагностики</w:t>
      </w:r>
    </w:p>
    <w:p>
      <w:pPr>
        <w:pStyle w:val="EVCarOption"/>
      </w:pPr>
      <w:r>
        <w:t>☐ Стандарты общения с клиентами</w:t>
      </w:r>
    </w:p>
    <w:p>
      <w:pPr>
        <w:pStyle w:val="EVCarOption"/>
      </w:pPr>
      <w:r>
        <w:t>☐ CRM и систему учёта</w:t>
      </w:r>
    </w:p>
    <w:p>
      <w:pPr>
        <w:pStyle w:val="EVCarOption"/>
      </w:pPr>
      <w:r>
        <w:t>☐ Утверждённые маркетинговые материалы</w:t>
      </w:r>
    </w:p>
    <w:p>
      <w:pPr>
        <w:pStyle w:val="EVCarOption"/>
      </w:pPr>
      <w:r>
        <w:t>☐ Единую систему контроля качества</w:t>
      </w:r>
    </w:p>
    <w:p>
      <w:pPr>
        <w:pStyle w:val="EVCarOption"/>
      </w:pPr>
      <w:r>
        <w:t>☐ Правила закупки и учёта запасных частей</w:t>
      </w:r>
    </w:p>
    <w:p>
      <w:pPr>
        <w:pStyle w:val="EVCarOption"/>
      </w:pPr>
      <w:r>
        <w:t>☐ Финансовую и управленческую отчётность</w:t>
      </w:r>
    </w:p>
    <w:p>
      <w:pPr>
        <w:pStyle w:val="EVCarOption"/>
      </w:pPr>
      <w:r>
        <w:t>☐ Систему обучения и аттестации сотрудников</w:t>
      </w:r>
    </w:p>
    <w:p>
      <w:pPr>
        <w:pStyle w:val="EVCarQuestion"/>
      </w:pPr>
      <w:r>
        <w:t>36. Готовы ли вы регулярно передавать EVCar основные показатели работы сервиса?</w:t>
      </w:r>
    </w:p>
    <w:p>
      <w:pPr>
        <w:pStyle w:val="EVCarOption"/>
      </w:pPr>
      <w:r>
        <w:t>☐ Да</w:t>
      </w:r>
    </w:p>
    <w:p>
      <w:pPr>
        <w:pStyle w:val="EVCarOption"/>
      </w:pPr>
      <w:r>
        <w:t>☐ Да, при условии конфиденциальности информации</w:t>
      </w:r>
    </w:p>
    <w:p>
      <w:pPr>
        <w:pStyle w:val="EVCarOption"/>
      </w:pPr>
      <w:r>
        <w:t>☐ Необходимо уточнить перечень показателей</w:t>
      </w:r>
    </w:p>
    <w:p>
      <w:pPr>
        <w:pStyle w:val="EVCarOption"/>
      </w:pPr>
      <w:r>
        <w:t>☐ Нет</w:t>
      </w:r>
    </w:p>
    <w:p>
      <w:pPr>
        <w:pStyle w:val="EVCarQuestion"/>
      </w:pPr>
      <w:r>
        <w:t>37. Готовы ли вы выплачивать паушальный взнос и ежемесячное роялти за использование бренда, технологий и поддержку?</w:t>
      </w:r>
    </w:p>
    <w:p>
      <w:pPr>
        <w:pStyle w:val="EVCarOption"/>
      </w:pPr>
      <w:r>
        <w:t>☐ Да</w:t>
      </w:r>
    </w:p>
    <w:p>
      <w:pPr>
        <w:pStyle w:val="EVCarOption"/>
      </w:pPr>
      <w:r>
        <w:t>☐ Готов рассмотреть после изучения условий</w:t>
      </w:r>
    </w:p>
    <w:p>
      <w:pPr>
        <w:pStyle w:val="EVCarOption"/>
      </w:pPr>
      <w:r>
        <w:t>☐ Рассматриваю только модель без роялти</w:t>
      </w:r>
    </w:p>
    <w:p>
      <w:pPr>
        <w:pStyle w:val="EVCarOption"/>
      </w:pPr>
      <w:r>
        <w:t>☐ Нет</w:t>
      </w:r>
    </w:p>
    <w:p>
      <w:pPr>
        <w:pStyle w:val="EVCarQuestion"/>
      </w:pPr>
      <w:r>
        <w:t>38. Как вы относитесь к регулярным проверкам качества работы сервиса?</w:t>
      </w:r>
    </w:p>
    <w:p>
      <w:pPr>
        <w:pStyle w:val="EVCarOption"/>
      </w:pPr>
      <w:r>
        <w:t>☐ Положительно, считаю это необходимым</w:t>
      </w:r>
    </w:p>
    <w:p>
      <w:pPr>
        <w:pStyle w:val="EVCarOption"/>
      </w:pPr>
      <w:r>
        <w:t>☐ Готов при наличии понятных критериев</w:t>
      </w:r>
    </w:p>
    <w:p>
      <w:pPr>
        <w:pStyle w:val="EVCarOption"/>
      </w:pPr>
      <w:r>
        <w:t>☐ Предпочитаю минимальное вмешательство</w:t>
      </w:r>
    </w:p>
    <w:p>
      <w:pPr>
        <w:pStyle w:val="EVCarOption"/>
      </w:pPr>
      <w:r>
        <w:t>☐ Не готов к проверкам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9. СРОКИ ЗАПУСКА</w:t>
            </w:r>
          </w:p>
        </w:tc>
      </w:tr>
    </w:tbl>
    <w:p>
      <w:pPr>
        <w:pStyle w:val="EVCarQuestion"/>
      </w:pPr>
      <w:r>
        <w:t>39. Когда вы готовы приступить к реализации проекта?</w:t>
      </w:r>
    </w:p>
    <w:p>
      <w:pPr>
        <w:pStyle w:val="EVCarOption"/>
      </w:pPr>
      <w:r>
        <w:t>☐ Сразу после согласования условий</w:t>
      </w:r>
    </w:p>
    <w:p>
      <w:pPr>
        <w:pStyle w:val="EVCarOption"/>
      </w:pPr>
      <w:r>
        <w:t>☐ В течение 1–3 месяцев</w:t>
      </w:r>
    </w:p>
    <w:p>
      <w:pPr>
        <w:pStyle w:val="EVCarOption"/>
      </w:pPr>
      <w:r>
        <w:t>☐ В течение 3–6 месяцев</w:t>
      </w:r>
    </w:p>
    <w:p>
      <w:pPr>
        <w:pStyle w:val="EVCarOption"/>
      </w:pPr>
      <w:r>
        <w:t>☐ В течение 6–12 месяцев</w:t>
      </w:r>
    </w:p>
    <w:p>
      <w:pPr>
        <w:pStyle w:val="EVCarOption"/>
      </w:pPr>
      <w:r>
        <w:t>☐ Пока только изучаю предложение</w:t>
      </w:r>
    </w:p>
    <w:p>
      <w:pPr>
        <w:pStyle w:val="EVCarQuestion"/>
      </w:pPr>
      <w:r>
        <w:t>40. Когда вы планируете открыть сервис?</w:t>
      </w:r>
    </w:p>
    <w:p>
      <w:pPr>
        <w:spacing w:after="40"/>
        <w:ind w:left="198"/>
      </w:pPr>
      <w:r>
        <w:rPr>
          <w:i/>
          <w:color w:val="555555"/>
          <w:sz w:val="17"/>
        </w:rPr>
        <w:t>Укажите предполагаемый месяц и год.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41. Что сейчас является главным препятствием для запуска?</w:t>
      </w:r>
    </w:p>
    <w:p>
      <w:pPr>
        <w:pStyle w:val="EVCarOption"/>
      </w:pPr>
      <w:r>
        <w:t>☐ Необходимо изучить финансовую модель</w:t>
      </w:r>
    </w:p>
    <w:p>
      <w:pPr>
        <w:pStyle w:val="EVCarOption"/>
      </w:pPr>
      <w:r>
        <w:t>☐ Необходимо найти помещение</w:t>
      </w:r>
    </w:p>
    <w:p>
      <w:pPr>
        <w:pStyle w:val="EVCarOption"/>
      </w:pPr>
      <w:r>
        <w:t>☐ Необходимо привлечь финансирование</w:t>
      </w:r>
    </w:p>
    <w:p>
      <w:pPr>
        <w:pStyle w:val="EVCarOption"/>
      </w:pPr>
      <w:r>
        <w:t>☐ Необходимо сформировать команду</w:t>
      </w:r>
    </w:p>
    <w:p>
      <w:pPr>
        <w:pStyle w:val="EVCarOption"/>
      </w:pPr>
      <w:r>
        <w:t>☐ Необходимо выйти из текущего бизнеса или проекта</w:t>
      </w:r>
    </w:p>
    <w:p>
      <w:pPr>
        <w:pStyle w:val="EVCarOption"/>
      </w:pPr>
      <w:r>
        <w:t>☐ Необходимо согласовать решение с партнёром</w:t>
      </w:r>
    </w:p>
    <w:p>
      <w:pPr>
        <w:pStyle w:val="EVCarOption"/>
      </w:pPr>
      <w:r>
        <w:t>☐ Существенных препятствий нет</w:t>
      </w:r>
    </w:p>
    <w:p>
      <w:pPr>
        <w:pStyle w:val="EVCarOption"/>
      </w:pPr>
      <w:r>
        <w:t>☐ Другое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10. ОЖИДАНИЯ ОТ EVCar</w:t>
            </w:r>
          </w:p>
        </w:tc>
      </w:tr>
    </w:tbl>
    <w:p>
      <w:pPr>
        <w:pStyle w:val="EVCarQuestion"/>
      </w:pPr>
      <w:r>
        <w:t>42. Какая помощь со стороны EVCar для вас наиболее важна?</w:t>
      </w:r>
    </w:p>
    <w:p>
      <w:pPr>
        <w:spacing w:after="40"/>
        <w:ind w:left="198"/>
      </w:pPr>
      <w:r>
        <w:rPr>
          <w:i/>
          <w:color w:val="555555"/>
          <w:sz w:val="17"/>
        </w:rPr>
        <w:t>Выберите не более пяти вариантов.</w:t>
      </w:r>
    </w:p>
    <w:p>
      <w:pPr>
        <w:pStyle w:val="EVCarOption"/>
      </w:pPr>
      <w:r>
        <w:t>☐ Помощь в выборе города и оценке рынка</w:t>
      </w:r>
    </w:p>
    <w:p>
      <w:pPr>
        <w:pStyle w:val="EVCarOption"/>
      </w:pPr>
      <w:r>
        <w:t>☐ Помощь в подборе помещения</w:t>
      </w:r>
    </w:p>
    <w:p>
      <w:pPr>
        <w:pStyle w:val="EVCarOption"/>
      </w:pPr>
      <w:r>
        <w:t>☐ Проектирование и оснащение сервиса</w:t>
      </w:r>
    </w:p>
    <w:p>
      <w:pPr>
        <w:pStyle w:val="EVCarOption"/>
      </w:pPr>
      <w:r>
        <w:t>☐ Подбор оборудования и инструмента</w:t>
      </w:r>
    </w:p>
    <w:p>
      <w:pPr>
        <w:pStyle w:val="EVCarOption"/>
      </w:pPr>
      <w:r>
        <w:t>☐ Подбор и обучение сотрудников</w:t>
      </w:r>
    </w:p>
    <w:p>
      <w:pPr>
        <w:pStyle w:val="EVCarOption"/>
      </w:pPr>
      <w:r>
        <w:t>☐ Техническая поддержка</w:t>
      </w:r>
    </w:p>
    <w:p>
      <w:pPr>
        <w:pStyle w:val="EVCarOption"/>
      </w:pPr>
      <w:r>
        <w:t>☐ Доступ к регламентам ремонта</w:t>
      </w:r>
    </w:p>
    <w:p>
      <w:pPr>
        <w:pStyle w:val="EVCarOption"/>
      </w:pPr>
      <w:r>
        <w:t>☐ Помощь в закупке запасных частей</w:t>
      </w:r>
    </w:p>
    <w:p>
      <w:pPr>
        <w:pStyle w:val="EVCarOption"/>
      </w:pPr>
      <w:r>
        <w:t>☐ CRM и автоматизация</w:t>
      </w:r>
    </w:p>
    <w:p>
      <w:pPr>
        <w:pStyle w:val="EVCarOption"/>
      </w:pPr>
      <w:r>
        <w:t>☐ Маркетинг и привлечение клиентов</w:t>
      </w:r>
    </w:p>
    <w:p>
      <w:pPr>
        <w:pStyle w:val="EVCarOption"/>
      </w:pPr>
      <w:r>
        <w:t>☐ Использование бренда EVCar</w:t>
      </w:r>
    </w:p>
    <w:p>
      <w:pPr>
        <w:pStyle w:val="EVCarOption"/>
      </w:pPr>
      <w:r>
        <w:t>☐ Поддержка при открытии</w:t>
      </w:r>
    </w:p>
    <w:p>
      <w:pPr>
        <w:pStyle w:val="EVCarOption"/>
      </w:pPr>
      <w:r>
        <w:t>☐ Контроль финансовых показателей</w:t>
      </w:r>
    </w:p>
    <w:p>
      <w:pPr>
        <w:pStyle w:val="EVCarOption"/>
      </w:pPr>
      <w:r>
        <w:t>☐ Помощь в развитии бизнеса после запуска</w:t>
      </w:r>
    </w:p>
    <w:p>
      <w:pPr>
        <w:pStyle w:val="EVCarQuestion"/>
      </w:pPr>
      <w:r>
        <w:t>43. Какие вопросы о франшизе EVCar для вас наиболее важны?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44. Какие условия могут повлиять на ваше решение отказаться от проекта?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45. Рассматриваете ли вы другие автомобильные франшизы?</w:t>
      </w:r>
    </w:p>
    <w:p>
      <w:pPr>
        <w:pStyle w:val="EVCarOption"/>
      </w:pPr>
      <w:r>
        <w:t>☐ Нет</w:t>
      </w:r>
    </w:p>
    <w:p>
      <w:pPr>
        <w:pStyle w:val="EVCarOption"/>
      </w:pPr>
      <w:r>
        <w:t>☐ Да, сравниваю несколько предложений</w:t>
      </w:r>
    </w:p>
    <w:p>
      <w:pPr>
        <w:pStyle w:val="EVCarOption"/>
      </w:pPr>
      <w:r>
        <w:t>☐ Уже веду переговоры с другими компаниями</w:t>
      </w:r>
    </w:p>
    <w:p>
      <w:pPr>
        <w:pStyle w:val="EVCarOption"/>
      </w:pPr>
      <w:r>
        <w:t>☐ Не хочу отвечать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D7192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pStyle w:val="EVCarSection"/>
              <w:spacing w:before="0" w:after="0"/>
            </w:pPr>
            <w:r>
              <w:t>11. ДОПОЛНИТЕЛЬНАЯ ИНФОРМАЦИЯ</w:t>
            </w:r>
          </w:p>
        </w:tc>
      </w:tr>
    </w:tbl>
    <w:p>
      <w:pPr>
        <w:pStyle w:val="EVCarQuestion"/>
      </w:pPr>
      <w:r>
        <w:t>46. Есть ли обстоятельства, которые могут ограничить вашу возможность инвестировать средства или управлять бизнесом?</w:t>
      </w:r>
    </w:p>
    <w:p>
      <w:pPr>
        <w:spacing w:after="40"/>
        <w:ind w:left="198"/>
      </w:pPr>
      <w:r>
        <w:rPr>
          <w:i/>
          <w:color w:val="555555"/>
          <w:sz w:val="17"/>
        </w:rPr>
        <w:t>Например: действующие обязательства, необходимость согласования с партнёрами, занятость в другом бизнесе или другие ограничения.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47. Готовы ли вы пройти дополнительное интервью и предоставить информацию, необходимую для проверки кандидата?</w:t>
      </w:r>
    </w:p>
    <w:p>
      <w:pPr>
        <w:pStyle w:val="EVCarOption"/>
      </w:pPr>
      <w:r>
        <w:t>☐ Да</w:t>
      </w:r>
    </w:p>
    <w:p>
      <w:pPr>
        <w:pStyle w:val="EVCarOption"/>
      </w:pPr>
      <w:r>
        <w:t>☐ Да, после подписания соглашения о конфиденциальности</w:t>
      </w:r>
    </w:p>
    <w:p>
      <w:pPr>
        <w:pStyle w:val="EVCarOption"/>
      </w:pPr>
      <w:r>
        <w:t>☐ Необходимо уточнить перечень информации</w:t>
      </w:r>
    </w:p>
    <w:p>
      <w:pPr>
        <w:pStyle w:val="EVCarOption"/>
      </w:pPr>
      <w:r>
        <w:t>☐ Нет</w:t>
      </w:r>
    </w:p>
    <w:p>
      <w:pPr>
        <w:pStyle w:val="EVCarQuestion"/>
      </w:pPr>
      <w:r>
        <w:t>48. Расскажите о себе то, что поможет нам лучше оценить вас как потенциального партнёра EVCar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49. Почему именно вы можете стать сильным партнёром EVCar в своём городе?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spacing w:after="20"/>
      </w:pPr>
      <w:r>
        <w:rPr>
          <w:color w:val="AFAFAF"/>
          <w:sz w:val="16"/>
        </w:rPr>
        <w:t>________________________________________________________________________________</w:t>
      </w:r>
    </w:p>
    <w:p>
      <w:pPr>
        <w:pStyle w:val="EVCarQuestion"/>
      </w:pPr>
      <w:r>
        <w:t>50. Подтвердите согласие на обработку предоставленной информации для рассмотрения заявки на открытие франшизы EVCar</w:t>
      </w:r>
    </w:p>
    <w:p>
      <w:pPr>
        <w:pStyle w:val="EVCarOption"/>
      </w:pPr>
      <w:r>
        <w:t>☐ Согласен</w:t>
      </w:r>
    </w:p>
    <w:p>
      <w:pPr>
        <w:pStyle w:val="EVCarOption"/>
      </w:pPr>
      <w:r>
        <w:t>☐ Не согласен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  <w:shd w:fill="F2F2F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sz w:val="18"/>
              </w:rPr>
              <w:t>Дата заполнения</w:t>
            </w:r>
          </w:p>
        </w:tc>
        <w:tc>
          <w:tcPr>
            <w:tcW w:type="dxa" w:w="493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33"/>
            <w:shd w:fill="F2F2F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sz w:val="18"/>
              </w:rPr>
              <w:t>Ф.И.О. кандидата</w:t>
            </w:r>
          </w:p>
        </w:tc>
        <w:tc>
          <w:tcPr>
            <w:tcW w:type="dxa" w:w="493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33"/>
            <w:shd w:fill="F2F2F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sz w:val="18"/>
              </w:rPr>
              <w:t>Подпись</w:t>
            </w:r>
          </w:p>
        </w:tc>
        <w:tc>
          <w:tcPr>
            <w:tcW w:type="dxa" w:w="493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</w:p>
        </w:tc>
      </w:tr>
    </w:tbl>
    <w:p>
      <w:pPr>
        <w:spacing w:before="240"/>
        <w:jc w:val="center"/>
      </w:pPr>
      <w:r>
        <w:rPr>
          <w:rFonts w:ascii="Arial" w:hAnsi="Arial"/>
          <w:i/>
          <w:color w:val="555555"/>
          <w:sz w:val="18"/>
        </w:rPr>
        <w:t>После рассмотрения анкеты представитель EVCar свяжется с подходящими кандидатами для проведения интервью и презентации условий сотрудничества.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55555"/>
        <w:sz w:val="16"/>
      </w:rPr>
      <w:t xml:space="preserve">EVCar  •  Анкета потенциального партнёра  •  Страница </w:t>
    </w:r>
    <w:r>
      <w:fldChar w:fldCharType="begin"/>
      <w:instrText xml:space="preserve">PAGE</w:instrText>
      <w:fldChar w:fldCharType="end"/>
    </w:r>
    <w:r>
      <w:t xml:space="preserve"> из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  <w:tblBorders>
        <w:bottom w:val="single" w:sz="10" w:space="0" w:color="D71920"/>
      </w:tblBorders>
    </w:tblPr>
    <w:tblGrid>
      <w:gridCol w:w="3402"/>
      <w:gridCol w:w="6463"/>
    </w:tblGrid>
    <w:tr>
      <w:tc>
        <w:tcPr>
          <w:tcW w:type="dxa" w:w="4932"/>
          <w:tcMar>
            <w:top w:w="0" w:type="dxa"/>
            <w:start w:w="0" w:type="dxa"/>
            <w:bottom w:w="40" w:type="dxa"/>
            <w:end w:w="0" w:type="dxa"/>
          </w:tcMar>
        </w:tcPr>
        <w:p>
          <w:pPr>
            <w:jc w:val="left"/>
          </w:pPr>
          <w:r>
            <w:rPr>
              <w:rFonts w:ascii="Arial" w:hAnsi="Arial"/>
              <w:b/>
              <w:color w:val="D71920"/>
              <w:sz w:val="28"/>
            </w:rPr>
            <w:t>EV</w:t>
          </w:r>
          <w:r>
            <w:rPr>
              <w:rFonts w:ascii="Arial" w:hAnsi="Arial"/>
              <w:b/>
              <w:color w:val="151515"/>
              <w:sz w:val="28"/>
            </w:rPr>
            <w:t>CAR</w:t>
          </w:r>
        </w:p>
      </w:tc>
      <w:tc>
        <w:tcPr>
          <w:tcW w:type="dxa" w:w="4932"/>
          <w:tcMar>
            <w:top w:w="0" w:type="dxa"/>
            <w:start w:w="0" w:type="dxa"/>
            <w:bottom w:w="4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b/>
              <w:color w:val="555555"/>
              <w:sz w:val="16"/>
            </w:rPr>
            <w:t>ФРАНШИЗА СЕРВИСНОГО ЦЕНТРА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CarSection">
    <w:name w:val="EVCar Section"/>
    <w:pPr>
      <w:keepNext/>
      <w:spacing w:before="160" w:after="100"/>
    </w:pPr>
    <w:rPr>
      <w:rFonts w:ascii="Arial" w:hAnsi="Arial"/>
      <w:b/>
      <w:color w:val="FFFFFF"/>
      <w:sz w:val="26"/>
    </w:rPr>
  </w:style>
  <w:style w:type="paragraph" w:customStyle="1" w:styleId="EVCarQuestion">
    <w:name w:val="EVCar Question"/>
    <w:pPr>
      <w:keepNext/>
      <w:spacing w:before="100" w:after="40"/>
    </w:pPr>
    <w:rPr>
      <w:rFonts w:ascii="Arial" w:hAnsi="Arial"/>
      <w:b/>
      <w:color w:val="151515"/>
      <w:sz w:val="19"/>
    </w:rPr>
  </w:style>
  <w:style w:type="paragraph" w:customStyle="1" w:styleId="EVCarOption">
    <w:name w:val="EVCar Option"/>
    <w:pPr>
      <w:spacing w:after="20"/>
      <w:ind w:left="198"/>
    </w:pPr>
    <w:rPr>
      <w:rFonts w:ascii="Arial" w:hAnsi="Arial"/>
      <w:color w:val="55555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на открытие франшизы EVCar</dc:title>
  <dc:subject>Анкета потенциального партнёра</dc:subject>
  <dc:creator>EVCar</dc:creator>
  <cp:keywords>EVCar, франшиза, автосервис, электромобили, партнёрство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